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C92CF" w14:textId="77777777" w:rsidR="00CC2F16" w:rsidRPr="00CC2F16" w:rsidRDefault="00000000">
      <w:pPr>
        <w:jc w:val="center"/>
        <w:rPr>
          <w:rFonts w:ascii="Times New Roman" w:hAnsi="Times New Roman"/>
          <w:b/>
          <w:color w:val="000000" w:themeColor="text1"/>
          <w:sz w:val="28"/>
          <w:lang w:val="pt-BR"/>
        </w:rPr>
      </w:pPr>
      <w:r w:rsidRPr="00CC2F16">
        <w:rPr>
          <w:rFonts w:ascii="Times New Roman" w:hAnsi="Times New Roman"/>
          <w:b/>
          <w:color w:val="000000" w:themeColor="text1"/>
          <w:sz w:val="28"/>
          <w:lang w:val="pt-BR"/>
        </w:rPr>
        <w:t>TÍTULO DO TRABALHO</w:t>
      </w:r>
      <w:r w:rsidR="00C43265" w:rsidRPr="00CC2F16">
        <w:rPr>
          <w:rFonts w:ascii="Times New Roman" w:hAnsi="Times New Roman"/>
          <w:b/>
          <w:color w:val="000000" w:themeColor="text1"/>
          <w:sz w:val="28"/>
          <w:lang w:val="pt-BR"/>
        </w:rPr>
        <w:t xml:space="preserve"> </w:t>
      </w:r>
    </w:p>
    <w:p w14:paraId="478DE085" w14:textId="5D1C572C" w:rsidR="00CC2F16" w:rsidRDefault="00CC2F16" w:rsidP="00CC2F16">
      <w:pPr>
        <w:jc w:val="center"/>
        <w:rPr>
          <w:rFonts w:ascii="Times New Roman" w:hAnsi="Times New Roman" w:cs="Times New Roman"/>
          <w:b/>
          <w:color w:val="EE0000"/>
          <w:sz w:val="28"/>
          <w:szCs w:val="28"/>
          <w:lang w:val="pt-BR"/>
        </w:rPr>
      </w:pPr>
      <w:r w:rsidRPr="00CC2F16">
        <w:rPr>
          <w:rFonts w:ascii="Times New Roman" w:hAnsi="Times New Roman" w:cs="Times New Roman"/>
          <w:b/>
          <w:color w:val="EE0000"/>
          <w:sz w:val="28"/>
          <w:szCs w:val="28"/>
          <w:lang w:val="pt-BR"/>
        </w:rPr>
        <w:t>TÍTULO OBJETIVO, CONCISO COM MÁXIMO DE 20 PALAVRAS</w:t>
      </w:r>
      <w:r w:rsidRPr="00CC2F16">
        <w:rPr>
          <w:rFonts w:ascii="Times New Roman" w:hAnsi="Times New Roman" w:cs="Times New Roman"/>
          <w:i/>
          <w:iCs/>
          <w:color w:val="EE0000"/>
          <w:sz w:val="28"/>
          <w:szCs w:val="28"/>
          <w:lang w:val="pt-BR"/>
        </w:rPr>
        <w:t xml:space="preserve">. </w:t>
      </w:r>
      <w:r w:rsidRPr="00CC2F16">
        <w:rPr>
          <w:rFonts w:ascii="Times New Roman" w:hAnsi="Times New Roman" w:cs="Times New Roman"/>
          <w:b/>
          <w:color w:val="EE0000"/>
          <w:sz w:val="28"/>
          <w:szCs w:val="28"/>
          <w:lang w:val="pt-BR"/>
        </w:rPr>
        <w:t>(TIMES NEW ROMAN, 14, NEGRITO, CAIXA ALTA, CENTRALIZADO)</w:t>
      </w:r>
    </w:p>
    <w:p w14:paraId="7EBBD3B7" w14:textId="77777777" w:rsidR="00D56A44" w:rsidRDefault="00D56A44" w:rsidP="00D56A44">
      <w:pPr>
        <w:jc w:val="both"/>
        <w:rPr>
          <w:rFonts w:ascii="Times New Roman" w:hAnsi="Times New Roman"/>
          <w:sz w:val="24"/>
          <w:lang w:val="pt-BR"/>
        </w:rPr>
      </w:pPr>
      <w:r w:rsidRPr="00D56A44">
        <w:rPr>
          <w:rFonts w:ascii="Times New Roman" w:hAnsi="Times New Roman"/>
          <w:sz w:val="24"/>
          <w:lang w:val="pt-BR"/>
        </w:rPr>
        <w:t xml:space="preserve">Nome Completo do Autor¹, Nome Completo do Autor², Nome Completo do Autor³ </w:t>
      </w:r>
    </w:p>
    <w:p w14:paraId="06CD6EC0" w14:textId="35BF1600" w:rsidR="00D56A44" w:rsidRPr="00D56A44" w:rsidRDefault="00D56A44" w:rsidP="00D56A44">
      <w:pPr>
        <w:jc w:val="both"/>
        <w:rPr>
          <w:color w:val="EE0000"/>
          <w:lang w:val="pt-BR"/>
        </w:rPr>
      </w:pPr>
      <w:r w:rsidRPr="00D56A44">
        <w:rPr>
          <w:rFonts w:ascii="Times New Roman" w:hAnsi="Times New Roman"/>
          <w:color w:val="EE0000"/>
          <w:sz w:val="24"/>
          <w:lang w:val="pt-BR"/>
        </w:rPr>
        <w:t xml:space="preserve">(Times New Roman 12, listados por ordem de contribuição, com números </w:t>
      </w:r>
      <w:proofErr w:type="spellStart"/>
      <w:r w:rsidRPr="00D56A44">
        <w:rPr>
          <w:rFonts w:ascii="Times New Roman" w:hAnsi="Times New Roman"/>
          <w:color w:val="EE0000"/>
          <w:sz w:val="24"/>
          <w:lang w:val="pt-BR"/>
        </w:rPr>
        <w:t>sobrescitos</w:t>
      </w:r>
      <w:proofErr w:type="spellEnd"/>
      <w:r w:rsidRPr="00D56A44">
        <w:rPr>
          <w:rFonts w:ascii="Times New Roman" w:hAnsi="Times New Roman"/>
          <w:color w:val="EE0000"/>
          <w:sz w:val="24"/>
          <w:lang w:val="pt-BR"/>
        </w:rPr>
        <w:t xml:space="preserve"> para identificação das instituições)</w:t>
      </w:r>
    </w:p>
    <w:p w14:paraId="121E6A82" w14:textId="77777777" w:rsidR="00D56A44" w:rsidRPr="00D56A44" w:rsidRDefault="00D56A44" w:rsidP="00D56A44">
      <w:pPr>
        <w:rPr>
          <w:rFonts w:ascii="Times New Roman" w:hAnsi="Times New Roman"/>
          <w:i/>
          <w:sz w:val="20"/>
          <w:lang w:val="pt-BR"/>
        </w:rPr>
      </w:pPr>
      <w:r w:rsidRPr="00D56A44">
        <w:rPr>
          <w:rFonts w:ascii="Times New Roman" w:hAnsi="Times New Roman"/>
          <w:i/>
          <w:sz w:val="20"/>
          <w:lang w:val="pt-BR"/>
        </w:rPr>
        <w:t>¹ Instituição 1, Departamento, Cidade, Estado, País</w:t>
      </w:r>
      <w:r w:rsidRPr="00D56A44">
        <w:rPr>
          <w:rFonts w:ascii="Times New Roman" w:hAnsi="Times New Roman"/>
          <w:i/>
          <w:sz w:val="20"/>
          <w:lang w:val="pt-BR"/>
        </w:rPr>
        <w:br/>
        <w:t>² Instituição 2, Departamento, Cidade, Estado, País</w:t>
      </w:r>
    </w:p>
    <w:p w14:paraId="33E8BDE4" w14:textId="0A1A7A87" w:rsidR="00D56A44" w:rsidRPr="00D56A44" w:rsidRDefault="00D56A44" w:rsidP="00D56A44">
      <w:pPr>
        <w:rPr>
          <w:color w:val="EE0000"/>
          <w:lang w:val="pt-BR"/>
        </w:rPr>
      </w:pPr>
      <w:r>
        <w:rPr>
          <w:rFonts w:ascii="Times New Roman" w:hAnsi="Times New Roman"/>
          <w:i/>
          <w:color w:val="EE0000"/>
          <w:sz w:val="20"/>
          <w:lang w:val="pt-BR"/>
        </w:rPr>
        <w:t>(</w:t>
      </w:r>
      <w:r w:rsidRPr="00D56A44">
        <w:rPr>
          <w:rFonts w:ascii="Times New Roman" w:hAnsi="Times New Roman"/>
          <w:i/>
          <w:color w:val="EE0000"/>
          <w:sz w:val="20"/>
          <w:lang w:val="pt-BR"/>
        </w:rPr>
        <w:t>Afiliações em Times New Roman, 10, itálico; sublinhar o nome do autor apresentador</w:t>
      </w:r>
      <w:r>
        <w:rPr>
          <w:rFonts w:ascii="Times New Roman" w:hAnsi="Times New Roman"/>
          <w:i/>
          <w:color w:val="EE0000"/>
          <w:sz w:val="20"/>
          <w:lang w:val="pt-BR"/>
        </w:rPr>
        <w:t>)</w:t>
      </w:r>
    </w:p>
    <w:p w14:paraId="02C9A44E" w14:textId="6D7C41FD" w:rsidR="00D56A44" w:rsidRPr="00D56A44" w:rsidRDefault="00D56A44" w:rsidP="00D56A44">
      <w:pPr>
        <w:rPr>
          <w:lang w:val="pt-BR"/>
        </w:rPr>
      </w:pPr>
      <w:r w:rsidRPr="00D56A44">
        <w:rPr>
          <w:rFonts w:ascii="Times New Roman" w:hAnsi="Times New Roman"/>
          <w:sz w:val="20"/>
          <w:lang w:val="pt-BR"/>
        </w:rPr>
        <w:t xml:space="preserve">E-mail: </w:t>
      </w:r>
      <w:r>
        <w:rPr>
          <w:rFonts w:ascii="Times New Roman" w:hAnsi="Times New Roman"/>
          <w:sz w:val="20"/>
          <w:lang w:val="pt-BR"/>
        </w:rPr>
        <w:t>ablimno@gmail.com</w:t>
      </w:r>
    </w:p>
    <w:p w14:paraId="1373FD24" w14:textId="090C74D6" w:rsidR="00AC6CDC" w:rsidRPr="00CC2F16" w:rsidRDefault="00D56A44" w:rsidP="00CC2F16">
      <w:pPr>
        <w:spacing w:line="360" w:lineRule="auto"/>
        <w:jc w:val="both"/>
        <w:rPr>
          <w:rFonts w:ascii="Times New Roman" w:hAnsi="Times New Roman"/>
          <w:color w:val="EE0000"/>
          <w:sz w:val="24"/>
          <w:lang w:val="pt-BR"/>
        </w:rPr>
      </w:pPr>
      <w:r>
        <w:rPr>
          <w:rFonts w:ascii="Times New Roman" w:hAnsi="Times New Roman"/>
          <w:color w:val="EE0000"/>
          <w:sz w:val="24"/>
          <w:lang w:val="pt-BR"/>
        </w:rPr>
        <w:t>(</w:t>
      </w:r>
      <w:r w:rsidRPr="00CC2F16">
        <w:rPr>
          <w:rFonts w:ascii="Times New Roman" w:hAnsi="Times New Roman"/>
          <w:color w:val="EE0000"/>
          <w:sz w:val="24"/>
          <w:lang w:val="pt-BR"/>
        </w:rPr>
        <w:t>Resumo (máx. 300 palavras)</w:t>
      </w:r>
      <w:r w:rsidR="00CC2F16" w:rsidRPr="00CC2F16">
        <w:rPr>
          <w:rFonts w:ascii="Times New Roman" w:hAnsi="Times New Roman"/>
          <w:color w:val="EE0000"/>
          <w:sz w:val="24"/>
          <w:lang w:val="pt-BR"/>
        </w:rPr>
        <w:t xml:space="preserve">: </w:t>
      </w:r>
      <w:r w:rsidRPr="00CC2F16">
        <w:rPr>
          <w:rFonts w:ascii="Times New Roman" w:hAnsi="Times New Roman"/>
          <w:color w:val="EE0000"/>
          <w:sz w:val="24"/>
          <w:lang w:val="pt-BR"/>
        </w:rPr>
        <w:t xml:space="preserve">Escreva aqui o texto corrido, incluindo introdução, objetivos, métodos, resultados e </w:t>
      </w:r>
      <w:r w:rsidR="00C43265" w:rsidRPr="00CC2F16">
        <w:rPr>
          <w:rFonts w:ascii="Times New Roman" w:hAnsi="Times New Roman"/>
          <w:color w:val="EE0000"/>
          <w:sz w:val="24"/>
          <w:lang w:val="pt-BR"/>
        </w:rPr>
        <w:t>discussão ou resultados parciais e discussão pretendida</w:t>
      </w:r>
      <w:r w:rsidRPr="00CC2F16">
        <w:rPr>
          <w:rFonts w:ascii="Times New Roman" w:hAnsi="Times New Roman"/>
          <w:color w:val="EE0000"/>
          <w:sz w:val="24"/>
          <w:lang w:val="pt-BR"/>
        </w:rPr>
        <w:t>, sem usar subtítulos ou referências.</w:t>
      </w:r>
      <w:r w:rsidR="00C43265" w:rsidRPr="00CC2F16">
        <w:rPr>
          <w:rFonts w:ascii="Times New Roman" w:hAnsi="Times New Roman"/>
          <w:color w:val="EE0000"/>
          <w:sz w:val="24"/>
          <w:lang w:val="pt-BR"/>
        </w:rPr>
        <w:t xml:space="preserve"> Times New Roman, 12, justificado, espaçamento de linha simples</w:t>
      </w:r>
      <w:r>
        <w:rPr>
          <w:rFonts w:ascii="Times New Roman" w:hAnsi="Times New Roman"/>
          <w:color w:val="EE0000"/>
          <w:sz w:val="24"/>
          <w:lang w:val="pt-BR"/>
        </w:rPr>
        <w:t>).</w:t>
      </w:r>
    </w:p>
    <w:p w14:paraId="7B23084F" w14:textId="37C38F68" w:rsidR="00CC2F16" w:rsidRDefault="00F41F62" w:rsidP="00CC2F16">
      <w:pPr>
        <w:spacing w:after="120" w:line="360" w:lineRule="auto"/>
        <w:jc w:val="both"/>
        <w:rPr>
          <w:rFonts w:ascii="Times New Roman" w:hAnsi="Times New Roman"/>
          <w:sz w:val="24"/>
          <w:lang w:val="pt-BR"/>
        </w:rPr>
      </w:pPr>
      <w:r>
        <w:rPr>
          <w:rFonts w:ascii="Times New Roman" w:hAnsi="Times New Roman"/>
          <w:sz w:val="24"/>
          <w:lang w:val="pt-BR"/>
        </w:rPr>
        <w:t xml:space="preserve">Exemplo: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Cognitio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aquarum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terrestrium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munus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agere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cyclo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regionali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globali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modum quo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modelatores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sequestrationem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terra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accedunt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mutavit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Ob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hanc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magnam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translationem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 terra ad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superficiales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retia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alimentaria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oecosystematum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aquaticorum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saepe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partim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a suis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alveis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hidrographicis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sustentantur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lacubus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fluminis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Hudson et Wisconsin operantes, Cole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collegae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magnitudinem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huius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subsidii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ad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populationes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piscium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consumidores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invertebratos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determinaverunt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Simpliciter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dictum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num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pisces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aliique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consumidores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aquatici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ex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plantis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aquaticis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vel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foliis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aceris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constant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>?</w:t>
      </w:r>
    </w:p>
    <w:p w14:paraId="7B43CCE1" w14:textId="77777777" w:rsidR="006A6D90" w:rsidRPr="006A6D90" w:rsidRDefault="006A6D90" w:rsidP="00CC2F16">
      <w:pPr>
        <w:spacing w:after="120" w:line="360" w:lineRule="auto"/>
        <w:jc w:val="both"/>
        <w:rPr>
          <w:rFonts w:ascii="Times New Roman" w:hAnsi="Times New Roman"/>
          <w:sz w:val="24"/>
          <w:lang w:val="pt-BR"/>
        </w:rPr>
      </w:pPr>
    </w:p>
    <w:p w14:paraId="6405C8AB" w14:textId="03A278A9" w:rsidR="00CE6954" w:rsidRDefault="00000000" w:rsidP="00CC2F16">
      <w:pPr>
        <w:jc w:val="both"/>
        <w:rPr>
          <w:rFonts w:ascii="Times New Roman" w:hAnsi="Times New Roman"/>
          <w:sz w:val="24"/>
          <w:lang w:val="pt-BR"/>
        </w:rPr>
      </w:pPr>
      <w:r w:rsidRPr="006A6D90">
        <w:rPr>
          <w:rFonts w:ascii="Times New Roman" w:hAnsi="Times New Roman"/>
          <w:b/>
          <w:bCs/>
          <w:sz w:val="24"/>
          <w:lang w:val="pt-BR"/>
        </w:rPr>
        <w:t>Palavras-chave:</w:t>
      </w:r>
      <w:r w:rsidR="00CC2F16" w:rsidRPr="00CC2F16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CE6954" w:rsidRPr="00CE6954">
        <w:rPr>
          <w:rFonts w:ascii="Times New Roman" w:hAnsi="Times New Roman"/>
          <w:i/>
          <w:iCs/>
          <w:sz w:val="24"/>
          <w:lang w:val="pt-BR"/>
        </w:rPr>
        <w:t>congressus</w:t>
      </w:r>
      <w:proofErr w:type="spellEnd"/>
      <w:r w:rsidR="00CE6954" w:rsidRPr="00CE6954">
        <w:rPr>
          <w:rFonts w:ascii="Times New Roman" w:hAnsi="Times New Roman"/>
          <w:i/>
          <w:iCs/>
          <w:sz w:val="24"/>
          <w:lang w:val="pt-BR"/>
        </w:rPr>
        <w:t>; Brasiliensis; limnologia</w:t>
      </w:r>
    </w:p>
    <w:p w14:paraId="63C31BB4" w14:textId="00BCBF5B" w:rsidR="00AC6CDC" w:rsidRPr="00CC2F16" w:rsidRDefault="00CC2F16" w:rsidP="00CC2F16">
      <w:pPr>
        <w:jc w:val="both"/>
        <w:rPr>
          <w:rFonts w:ascii="Times New Roman" w:hAnsi="Times New Roman"/>
          <w:sz w:val="24"/>
          <w:lang w:val="pt-BR"/>
        </w:rPr>
      </w:pPr>
      <w:r w:rsidRPr="00CE6954">
        <w:rPr>
          <w:rFonts w:ascii="Times New Roman" w:hAnsi="Times New Roman"/>
          <w:i/>
          <w:iCs/>
          <w:color w:val="EE0000"/>
          <w:sz w:val="24"/>
          <w:lang w:val="pt-BR"/>
        </w:rPr>
        <w:t xml:space="preserve">mínimo 3, </w:t>
      </w:r>
      <w:r w:rsidR="006A6D90" w:rsidRPr="00CE6954">
        <w:rPr>
          <w:rFonts w:ascii="Times New Roman" w:hAnsi="Times New Roman"/>
          <w:i/>
          <w:iCs/>
          <w:color w:val="EE0000"/>
          <w:sz w:val="24"/>
          <w:lang w:val="pt-BR"/>
        </w:rPr>
        <w:t>máximo</w:t>
      </w:r>
      <w:r w:rsidRPr="00CE6954">
        <w:rPr>
          <w:rFonts w:ascii="Times New Roman" w:hAnsi="Times New Roman"/>
          <w:i/>
          <w:iCs/>
          <w:color w:val="EE0000"/>
          <w:sz w:val="24"/>
          <w:lang w:val="pt-BR"/>
        </w:rPr>
        <w:t xml:space="preserve"> 5 palavras-chave separadas por ponto e vírgula (;)</w:t>
      </w:r>
      <w:r w:rsidR="00CE6954">
        <w:rPr>
          <w:rFonts w:ascii="Times New Roman" w:hAnsi="Times New Roman"/>
          <w:i/>
          <w:iCs/>
          <w:color w:val="EE0000"/>
          <w:sz w:val="24"/>
          <w:lang w:val="pt-BR"/>
        </w:rPr>
        <w:t xml:space="preserve">, </w:t>
      </w:r>
      <w:r w:rsidR="00BB7930" w:rsidRPr="00CE6954">
        <w:rPr>
          <w:rFonts w:ascii="Times New Roman" w:hAnsi="Times New Roman"/>
          <w:i/>
          <w:iCs/>
          <w:color w:val="EE0000"/>
          <w:sz w:val="24"/>
          <w:lang w:val="pt-BR"/>
        </w:rPr>
        <w:t>Times New Roman, 12 itálico</w:t>
      </w:r>
      <w:r w:rsidR="00CE6954">
        <w:rPr>
          <w:rFonts w:ascii="Times New Roman" w:hAnsi="Times New Roman"/>
          <w:i/>
          <w:iCs/>
          <w:color w:val="EE0000"/>
          <w:sz w:val="24"/>
          <w:lang w:val="pt-BR"/>
        </w:rPr>
        <w:t>, cor da fonte preta</w:t>
      </w:r>
      <w:r w:rsidR="00BB7930" w:rsidRPr="00CE6954">
        <w:rPr>
          <w:rFonts w:ascii="Times New Roman" w:hAnsi="Times New Roman"/>
          <w:i/>
          <w:iCs/>
          <w:color w:val="EE0000"/>
          <w:sz w:val="24"/>
          <w:lang w:val="pt-BR"/>
        </w:rPr>
        <w:t>.</w:t>
      </w:r>
    </w:p>
    <w:sectPr w:rsidR="00AC6CDC" w:rsidRPr="00CC2F16" w:rsidSect="0062028C">
      <w:headerReference w:type="default" r:id="rId8"/>
      <w:pgSz w:w="12240" w:h="15840"/>
      <w:pgMar w:top="1440" w:right="1800" w:bottom="1440" w:left="1800" w:header="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4E5B3" w14:textId="77777777" w:rsidR="00643F9D" w:rsidRDefault="00643F9D" w:rsidP="0062028C">
      <w:pPr>
        <w:spacing w:after="0" w:line="240" w:lineRule="auto"/>
      </w:pPr>
      <w:r>
        <w:separator/>
      </w:r>
    </w:p>
  </w:endnote>
  <w:endnote w:type="continuationSeparator" w:id="0">
    <w:p w14:paraId="2D91FBF1" w14:textId="77777777" w:rsidR="00643F9D" w:rsidRDefault="00643F9D" w:rsidP="00620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979F5" w14:textId="77777777" w:rsidR="00643F9D" w:rsidRDefault="00643F9D" w:rsidP="0062028C">
      <w:pPr>
        <w:spacing w:after="0" w:line="240" w:lineRule="auto"/>
      </w:pPr>
      <w:r>
        <w:separator/>
      </w:r>
    </w:p>
  </w:footnote>
  <w:footnote w:type="continuationSeparator" w:id="0">
    <w:p w14:paraId="64BC0BF2" w14:textId="77777777" w:rsidR="00643F9D" w:rsidRDefault="00643F9D" w:rsidP="006202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D19AE" w14:textId="34413C6C" w:rsidR="0062028C" w:rsidRDefault="0062028C" w:rsidP="0062028C">
    <w:pPr>
      <w:pStyle w:val="Cabealho"/>
      <w:ind w:left="-1800" w:right="-149"/>
    </w:pPr>
    <w:r>
      <w:object w:dxaOrig="30538" w:dyaOrig="2780" w14:anchorId="004099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13.5pt;height:54pt">
          <v:imagedata r:id="rId1" o:title=""/>
        </v:shape>
        <o:OLEObject Type="Embed" ProgID="Unknown" ShapeID="_x0000_i1025" DrawAspect="Content" ObjectID="_1820338329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15003725">
    <w:abstractNumId w:val="8"/>
  </w:num>
  <w:num w:numId="2" w16cid:durableId="1016080749">
    <w:abstractNumId w:val="6"/>
  </w:num>
  <w:num w:numId="3" w16cid:durableId="2117213338">
    <w:abstractNumId w:val="5"/>
  </w:num>
  <w:num w:numId="4" w16cid:durableId="731778623">
    <w:abstractNumId w:val="4"/>
  </w:num>
  <w:num w:numId="5" w16cid:durableId="1033918179">
    <w:abstractNumId w:val="7"/>
  </w:num>
  <w:num w:numId="6" w16cid:durableId="863326620">
    <w:abstractNumId w:val="3"/>
  </w:num>
  <w:num w:numId="7" w16cid:durableId="91242891">
    <w:abstractNumId w:val="2"/>
  </w:num>
  <w:num w:numId="8" w16cid:durableId="734594987">
    <w:abstractNumId w:val="1"/>
  </w:num>
  <w:num w:numId="9" w16cid:durableId="236748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3BD1"/>
    <w:rsid w:val="0006063C"/>
    <w:rsid w:val="0015074B"/>
    <w:rsid w:val="0029639D"/>
    <w:rsid w:val="002E6863"/>
    <w:rsid w:val="00326F90"/>
    <w:rsid w:val="004174C7"/>
    <w:rsid w:val="0062028C"/>
    <w:rsid w:val="00643F9D"/>
    <w:rsid w:val="006A6D90"/>
    <w:rsid w:val="008908AF"/>
    <w:rsid w:val="008E3535"/>
    <w:rsid w:val="00924364"/>
    <w:rsid w:val="00AA1D8D"/>
    <w:rsid w:val="00AC6CDC"/>
    <w:rsid w:val="00B47730"/>
    <w:rsid w:val="00BB7930"/>
    <w:rsid w:val="00C21024"/>
    <w:rsid w:val="00C43265"/>
    <w:rsid w:val="00CB0664"/>
    <w:rsid w:val="00CC2F16"/>
    <w:rsid w:val="00CE6954"/>
    <w:rsid w:val="00D56A44"/>
    <w:rsid w:val="00F41F62"/>
    <w:rsid w:val="00FC26B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2E5168"/>
  <w14:defaultImageDpi w14:val="300"/>
  <w15:docId w15:val="{BC9460C9-C922-074E-8AE6-376EEDE6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250</Words>
  <Characters>1355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3</cp:revision>
  <dcterms:created xsi:type="dcterms:W3CDTF">2025-09-22T20:09:00Z</dcterms:created>
  <dcterms:modified xsi:type="dcterms:W3CDTF">2025-09-25T23:46:00Z</dcterms:modified>
  <cp:category/>
</cp:coreProperties>
</file>